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בחט״ב – משחקים ופעילויות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לשון בתיכון: חלקי דיבר, פועל, צירופים, מאזכרים, פיסוק, טיעון וניבים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ולנתח חלקי דיבר, פועל וצירופים ברמת דיוק גבוהה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בסימני פיסוק מיוחדים ובמבנה טיעון מלא בכתיבה 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לפענח ניבים וביטויים ולהשתמש בהם בהקשר מדויק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טקסטים לפי תעודת זהות ולזהות מאפייני סוגה ומטרה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חלקי הדיבר והפועל – 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שם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בשקט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ל-ב-ש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חלקי הדיבר והפועל – תקינות ובניינים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מילות יחס כמו על, אל, עם, מ-, ל- מקשרות בין מילים ומבטאות יחס של מקום, זמן, בעלות ועוד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אלו שבעת הבניינים במערכת הפועל העברית, וכל פועל משתייך לאחד מהם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חלקי הדיבר והפועל – ניתוח הפועל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התפעל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התרגשות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חלקי הדיבר והפועל – משפחת שורש אחת בכל הבניינים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(פעל)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(נפעל)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(הפעיל)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(התפעל)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צירופים: סמיכות ושם ותוארו, ומאזכרים – 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שתי מילות שם עצם בקשר תחבירי הדוק, בלי מילת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למשל 'הילדה החכמה' – נקבה, יחיד, מיודע בשתי המילים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מאזכר יכול להתייחס גם למוזכר לפניו וגם למה שיבוא אחריו בהמשך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צירופים: סמיכות ושם ותוארו, ומאזכרים – זיהוי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ארון בגדים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מאזכר (כינוי גוף)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צירופים: סמיכות ושם ותוארו, ומאזכרים – הטיה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שמלת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סומך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צירופים: סמיכות ושם ותוארו, ומאזכרים – התאמה בין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(הוא, היא, הם)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(זה, אלה, אותו)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(בית ספר, חדר אוכל)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(בית גדול, ילדה חכמה)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סימני פיסוק – זיהוי ותפקיד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לציין ציטוט או דיבור ישיר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להוסיף הערה או הסבר נלווים למשפט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יום ניקיון בחוף הכנרת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סימני פיסוק – זיהוי ותפקיד (המשך)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הנקודתיים מכינות את הקורא להמשך שמסביר או מפרט את תחילת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קו מפריד יכול גם להוסיף תוספת או הסבר באמצע משפט, בדומה לסוגריים אך באופן בולט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סימני פיסוק – יישום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מירכאות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סוגריים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הסבר או פירוט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3 · סימני פיסוק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(ציטוט או דיבור ישיר)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(הערה או הסבר נלווה)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(הסבר, רשימה או פירוט)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(תוספת בולטת באמצע משפט)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כתיבת טיעון – מבנה הטיעון ועובדה מול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טענה, נימוקים, דוגמאות וסיכום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עובדה או הסבר שתומכים בטענה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טענת נגד והפרכה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בבית הספר לומדים כ-500 תלמידים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כתיבת טיעון – השלמה על פי הטקסטים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טענה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טיעוניות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הפרכה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כתיבת טיעון – ניתוח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עובדה היא מידע שאפשר לבדוק ולהוכיח; דעה היא עמדה אישית של הכותב. לדוגמה: עובדה – 'יש בכיתה 30 תלמידים'; דעה – 'הכיתה שלנו הכי כיפית'.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הטענה היא בקשה להקים גינה בפינה הריקה; נימוק אפשרי – חוסר במקום ירוק לשחק ולהיפגש בו.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חופשית – טענה ברורה ונימוק רלוונטי התומך בה בהיגיון.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חופשית – טענת נגד הגיונית, ואחריה הפרכה המסבירה מדוע הטענה המקורית חזקה יותר.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ניבים וביטויים – זיהוי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אדם טוב לב ונדיב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להרגיש בנוח ושייך למקום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שווה עד הרגע האחרון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מילולית היא כפשוטה, מושאלת היא משמעות מוסכמת אחרת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אדם קמצן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ניבים וביטויים – השלמת הניב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חודרים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זרם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יבש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ראש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ניבים וביטויים – העמקה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ניב מעשיר את השפה, יוצר תמונה חיה וקצרה ומעביר רגש או משמעות בצורה מרוכזת יותר ממשפט רגיל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שבו "טיפה בים" מתאר כמות קטנה ביחס לבעיה גדולה, למשל לגבי חיסכון במים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"לב זהב" הוא ניב שמשמעותו טוב לב ונדיבות; המשפט המילולי מתאר חפץ עשוי זהב ואינו קיים במציאות – התלמיד/ה יביא/תביא דוגמה מתאימה לכל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פסקה קצוחה ברצף הגיוני המשלבת נכון שני ניבים לפחות מתוך רשימת הניבים שנלמדו, תוך שמירה על הקשר מתאים למשמעות המושאלת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סוגי טקסטים ותעודת זהות לטקסט – 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מספר העמודים בספר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פעלים בלשון ציווי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להזמין ולשכנע להשתתף באירוע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סוגי טקסטים ותעודת זהות לטקסט – התאמה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(מודעה)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(כתבה)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(הוראות)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(מאמר מידע)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 מצליח לנתח משפט בן 8-10 מילים ולהצדיק כל סיווג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הפסקה כוללת את כל מרכיבי הטיעון בסדר הגיוני ובשפה תקנית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נכון מוען, נמען ומטרה ומסביר ניב אחד לפחות בהקשרו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לפזר את החוברת על פני שישה שיעורים, פרק לכל שיעור, עם דגש על העמקה בניתוח ברמת תיכון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למסלול חנ״מ מומלץ לפרק כל תרגיל לשלבים קצרים ולהציע בחירה מצומצמת של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למסלול עולים חדשים כדאי להוסיף הסבר קצר למונחי מפתח לפני תחילת כל פרק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לשלב את הטקסטים לתרגול מהאתר (סיפור, מאמר דעה, מכתב רשמי) כבסיס לדיון בכיתה לפני העבודה העצמאית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בחט״ב – משחקים ופעילויות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לשון בתיכון: חלקי דיבר, פועל, צירופים, מאזכרים, פיסוק, טיעון וניבים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יש תרגילים בכל נושאי הלשון. פתרו פרק אחרי פרק, וכתבו תשובות ברורות.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חלק דיבר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הסיווג של מילה לפי תפקידה במשפט, למשל שם עצם או פועל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תואר הפועל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איך נעשית הפעולה, למשל מהר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צירוף סמיכות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שתי מילים שיוצרות יחידת משמעות אחת, כמו בית ספר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ותוארו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צירוף שבו מילה אחת מתארת שם עצם, עם התאמה במין ומספר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מאזכר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שמחליפה או מרמזת על מילה אחרת בטקסט, כמו כינוי גוף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טענה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העמדה המרכזית שהכותב מנסה לשכנע 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נימוק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הסבר שתומך בטענה ומחזק אותה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טענת נגד והפרכה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הצגת דעה מנוגדת ודחייתה בנימוק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צירוף מילים קבוע שמשמעותו שונה מהמשמעות המילולית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תעודת זהות לטקסט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פרטי המוען, הנמען, המטרה והסוגה של טקסט נתון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חלקי הדיבר והפועל – 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חלק דיבר היא המילה "מהיר"?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תואר הפועל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מצאו את תואר הפועל במשפט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דיברה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את שורש הפועל "התלבש"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ל-ב-ש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ת-ל-ב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ה-ת-ל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ל-ב-ת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חלקי הדיבר והפועל – תקינות ובניינים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יחס מחברת בין שם עצם או כינוי למילה אחרת ומבטאת יחס במשפט (כמו "על", "אל", "עם")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פועל בעברית שייך לאחד משבעה בניינים: פעל, נפעל, פיעל, פועל, הפעיל, הופעל, התפעל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חלקי הדיבר והפועל – ניתוח הפועל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הפועל "הצטער" נמצא בבניין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שם הפעולה של הפועל "להתרגש"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חלקי הדיבר והפועל – משפחת שורש אחת בכל הבניינים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הפעיל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התפעל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הכתיב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נפעל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התכתב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פעל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צירופים: סמיכות ושם ותוארו, ומאזכרים – 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הצירוף 'חדר שינה' הוא צירוף סמיכות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בצירוף שם ותוארו יש התאמה במין, במספר וביידוע בין שתי המילים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מאזכר הוא תמיד מילה שמופיעה לפני מה שהוא מציין בטקסט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צירופים: סמיכות ושם ותוארו, ומאזכרים – זיהוי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צירוף מחבר שני שמות עצם בלי תואר?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ילד חכם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ילד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ארון בגדים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שולחן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תפקידה של המילה 'הם' במשפט?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מאזכר (כינוי גוף)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מילת יחס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נסמך בצירוף סמיכות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צירופים: סמיכות ושם ותוארו, ומאזכרים – הטיה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בצירוף הסמיכות 'שמלת כלה', הנסמך (המילה שמשתנה בצורתה)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כשמוסיפים ה' הידיעה לצירוף סמיכות כמו 'בית ספר', היא מתווספת למילה השנייה –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בצירוף שם ותוארו 'ילדות קטנות', שתי המילים מתאימות במין נקבה ובמספר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צירופים: סמיכות ושם ותוארו, ומאזכרים – התאמה בין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כינוי גוף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בית גדול, ילדה חכמה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כינוי רמז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הוא, היא, הם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צירוף סמיכות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זה, אלה, אותו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צירוף שם ותוארו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בית ספר, חדר אוכל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סימני פיסוק – זיהוי ותפקיד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תפקיד המירכאות כשהן באות לפני דיבור ישיר או ציטוט?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לציין ציטוט או דיבור ישיר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להוסיף הסבר נלווה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לפתוח רשימה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לציין הפסקה בין משפטים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בדרך כלל משתמשים בסוגריים בתוך טקסט עיוני?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להוסיף הערה או הסבר נלווים למשפט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לפתוח ציטוט מדויק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לסיים משפט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להפריד בין פרקים בטקסט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באיזה טקסט מהתרגול מופיעות נקודתיים אחרי הביטוי שמציין מטרה?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ניקיון בחוף הכנרת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הפתק בתיק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חצי שעה של 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גינה בפינה הריקה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סימני פיסוק – זיהוי ותפקיד (המשך)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הנקודתיים יכולות לבוא לפני רשימה או לפני הסבר שמפרט את מה שנאמר קודם במשפט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 מפריד משמש רק לציון טווח מספרים ואינו יכול להוסיף תוספת באמצע משפט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סימני פיסוק – יישום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כדי לסמן ציטוט מדויק מתוך דברי דובר בטקסט משתמשים בזוג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כאשר רוצים להוסיף הערה קצרה בלי לשבור את רצף המשפט, אפשר להשתמש בזוג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במשפט המתאר תהליך, הנקודתיים באות לרוב לפני __________ שמפרט את הנאמר קודם.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3 · סימני פיסוק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מירכאות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הערה או הסבר נלווה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סוגריים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ציטוט או דיבור ישיר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נקודתיים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תוספת בולטת באמצע משפט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קו מפריד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הסבר, רשימה או פירוט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כתיבת טיעון – מבנה הטיעון ועובדה מול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בונה טיעון טוב?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טענה, נימוקים, דוגמאות וסיכום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נושא, עלילה, דמויות וסוף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כותרת, פתיחה, גוף וסיום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נמען, מוען, מועד ומקום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תפקיד הנימוק?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עובדה או הסבר שתומכים בטענה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תיאור אישי של הכותב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שאלה פתוחה המופנית לקורא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סיכום כללי של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עוד יש בטקסט מלבד הטענה?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טענת נגד והפרכה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מתכון לבישול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כתובת 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רשימת מצרכים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מצאו את המשפט העובדתי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בבית הספר לומדים כ-500 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בית הספר שלנו הכי טוב באזור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המורות בבית הספר הכי נחמדות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הלימודים בבית הספר משעממים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כתיבת טיעון – השלמה על פי הטקסטים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במכתב 'גינה בפינה הריקה' הבקשה של הכותב משמשת כ-__________ המרכזית של הטיעון.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מילות קישור כמו 'לכן' ו'מכיוון ש' נקראות מילות קישור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בטקסט 'חצי שעה של אוויר' מילת הקישור מחברת בין הטענה לנימוק, למשל: '__________ חשוב לצאת להפסקה'.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בטקסט 'חולצה אחת לכולם?' לאחר הצגת טענת הנגד, הכותב כותב __________ כדי לבטל אותה.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כתיבת טיעון – ניתוח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בקצרה את ההבדל בין עובדה לדעה, ותנו דוגמה אחת מכל סוג.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בטקסט 'גינה בפינה הריקה' כתבו מהי הטענה (הבקשה) של הכותב, ומהו אחד הנימוקים שמופיעים במכתב.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נושא השנוי במחלוקת מחיי בית הספר, וכתבו טענה אחת ונימוק התומך בה.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טענת נגד אפשרית לטענה שכתבתם, ונסחו הפרכה קצרה הדוחה אותה.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ניבים וביטויים – זיהוי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הפירוש של "לב זהב"?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 עשוי זהב ממש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אדם טוב לב ונדיב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אדם עשיר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 שפועם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אומרים על מישהו "כמו דג במים"?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לשחות מהר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להרגיש בנוח ושייך למקום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לקנות דג טרי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לצאת מהבריכה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מתאר הניב "ראש בראש" בתחרות?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שווה עד הרגע האחרון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הוכרעה כבר בהתחלה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הופסקה באמצע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נגמרה בתיקו רשמי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ההבדל בין משמעות רגילה למשמעות של ניב?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 ביניהן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מילולית היא כפשוטה, מושאלת היא משמעות מוסכמת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מילולית תמיד נכונה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מושאלת מופיעה רק בשירה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על איזה אדם אומרים "צר עין"?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אדם קמצן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אדם עם עיניים קטנות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אדם עיוור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אדם ישר מאוד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ניבים וביטויים – השלמת הניב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מים שקטים __________ עמוק – ניב שמתאר אדם שקט שמסתיר עומק פנימי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בים – ביטוי לכמות זניחה וקטנה מאוד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לשחות נגד ה__________ – לפעול בניגוד לדעת הרוב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לצאת __________ מהמים – לצאת בלי נזק ממצב קשה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לשבור את ה__________ – לחשוב קשה כדי למצוא פתרון לבעיה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ניבים וביטויים – העמקה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מדוע כותב או כותבת בוחרים להשתמש בניב במקום במשפט רגיל – מה הניב מוסיף לטקסט?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בטקסט "כל טיפה נחשבת" מופיעים ניבים הקשורים למים. כתבו משפט אחד שבו תשתמשו נכון בניב "טיפה בים" בהקשר עיוני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את ההבדל בין הניב "לב זהב" לבין משפט מילולי כמו "הלב שלו עשוי זהב", ותנו דוגמה לשימוש נכון בכל אחד מהם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פסקה קצרה (3–4 משפטים) המתארת התמודדות עם קושי, ושלבו בה לפחות שני ניבים מהיחידה (למשל: לשבור את הראש, לצאת יבש מהמים)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סוגי טקסטים ותעודת זהות לטקסט – 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לא שייך לתעודת הזהות של 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מוען ונמען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מטרת הכתיבה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העמודים בספר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מועד ומקום הפרסום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מזהים טקסט הוראות?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פעלים בלשון ציווי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תיאורי רגשות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שימוש בחרוזים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ציטוטים מתוך ראיונות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נועדה מודעה?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להסביר תופעת טבע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להזמין ולשכנע להשתתף באירוע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לספר סיפור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לבקר יצירת אמנות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6 · סוגי טקסטים ותעודת זהות לטקסט – התאמה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יריד ט״ו בשבט הירוק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מאמר מידע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שומרי הלילה של השדות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מודעה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איך שותלים שתיל בעציץ?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כתבה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איך נוצרת קשת בענן?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הוראות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יכול לנתח משפט מורכב ולזהות בו את כל חלקי הדיבר ואת זמן וגוף הפועל?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יכול לכתוב פסקת טיעון שלמה עם טענה, נימוקים, טענת נגד והפרכה?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יכול לזהות תעודת זהות של טקסט לא מוכר ולהסביר כיצד ניבים תורמים למשמעותו?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לשון בתיכון: חלקי דיבר, פועל, צירופים, מאזכרים, פיסוק, טיעון וניבים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