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בתיכון: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ולנתח חלקי דיבר, פועל וצירופים ברמת דיוק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 פיסוק מיוחדים ובמבנה טיעון מלא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ניבים וביטויים ולהשתמש בהם בהקשר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טקסטים לפי תעודת זהות ולזהות מאפייני סוגה ומטרה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הדיבר והפועל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הדיבר והפועל – תקינות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מילות יחס כמו על, אל, עם, מ-, ל- מקשרות בין מילים ומבטאות יחס של מקום, זמן, בעלות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שבעת הבניינים במערכת הפועל העברית, וכל פועל משתייך לאחד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הדיבר והפועל – ניתוח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חלקי הדיבר והפועל – משפחת שורש אחת בכל הבניינים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צירופים: סמיכות ושם ותוארו, ומאזכרים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מילות שם עצם בקשר תחבירי הדוק, בלי מילת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'הילדה החכמה' – נקבה, יחיד, מיודע בשתי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צירופים: סמיכות ושם ותוארו, ומאזכרים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ארון בגדים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מאזכר (כינוי 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צירופים: סמיכות ושם ותוארו, ומאזכרים – הטיה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צירופים: סמיכות ושם ותוארו, ומאזכרים – התאמה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(הוא, היא, 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(זה, אלה,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(בית ספר, חדר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(בית גדול, ילדה חכמה)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סימני פיסוק – זיהוי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לציין ציטוט או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להוסיף הערה או הסבר נלווים למשפט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סימני פיסוק – זיהוי ותפקיד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הנקודתיים מכינות את הקורא להמשך שמסביר או מפרט את תחילת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 מפריד יכול גם להוסיף תוספת או הסבר באמצע משפט, בדומה לסוגריים אך באופן בולט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סימני פיסוק – יישום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סימני פיסוק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(ציטוט או דיבור ישיר)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(הערה או הסבר נלווה)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(הסבר, רשימה או פירוט)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(תוספת בולטת באמצע 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טיעון – מבנה הטיעון ועובדה מול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טענה, נימוקים, דוגמאות וסיכום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עובדה או הסבר שתומכים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טענת נגד והפרכה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טיעון – השלמה על פי 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טיעון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היא מידע שאפשר לבדוק ולהוכיח; דעה היא עמדה אישית של הכותב. לדוגמה: עובדה – 'יש בכיתה 30 תלמידים'; דעה – 'הכיתה שלנו הכי כיפית'.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ניבים וביטויים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אדם טוב לב ונדיב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להרגיש בנוח ושייך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שווה עד הרגע האחרון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ניבים וביטויים – השלמת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ניבים וביטויים – העמקה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סוגי טקסטים ותעודת זהות לטקסט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מספר העמודים בספר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פעלים בלשון ציווי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סוגי טקסטים ותעודת זהות לטקסט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(מאמר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מצליח לנתח משפט בן 8-10 מילים ולהצדיק כל סיווג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הפסקה כוללת את כל מרכיבי הטיעון בסדר הגיוני ובשפה תקנית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מוען, נמען ומטרה ומסביר ניב אחד לפחות בהקשרו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לפזר את החוברת על פני שישה שיעורים, פרק לכל שיעור, עם דגש על העמקה בניתוח ברמת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למסלול חנ״מ מומלץ לפרק כל תרגיל לשלבים קצרים ולהציע בחירה מצומצמת של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למסלול עולים חדשים כדאי להוסיף הסבר קצר למונחי מפתח לפני תחילת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לשלב את הטקסטים לתרגול מהאתר (סיפור, מאמר דעה, מכתב רשמי) כבסיס לדיון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בתיכון: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חוברת זו מסכמת את כל נושאי הלשון שנלמדו, מהבסיס ועד להעמקה. עבדו פרק אחר פרק, פתרו בכתב ברור ובדקו את עצמכם בעמודי החזרה בסוף כל פרק לפני שתעברו הלאה.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התרגשות  ·  מירכאות  ·  טיעוניות  ·  שמלת  ·  חודרים  ·  סוגריים  ·  טענה  ·  סומך  ·  התפעל  ·  טיפה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חלקי הדיבר והפועל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במשפט "הילד המהיר רץ אתמול בפארק" – מהו חלק הדיבר של המילה "מהיר"?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"היא דיברה בשקט רב לפני הכיתה" – איזו מילה משמשת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חלקי הדיבר והפועל – תקינות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יחס מחברת בין שם עצם או כינוי למילה אחרת ומבטאת יחס במשפט (כמו "על", "אל", "עם")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פועל בעברית שייך לאחד משבעה בניינים: פעל, נפעל, פיעל, פועל, הפעיל, הופעל, התפעל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חלקי הדיבר והפועל – ניתוח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הפועל "הצטער" נמצא בבניין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הפעולה של הפועל "להתרגש"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חלקי הדיבר והפועל – משפחת שורש אחת בכל הבניינים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הכתיב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התכתב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הפעיל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צירופים: סמיכות ושם ותוארו, ומאזכרים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הצירוף 'חדר שינה' הוא צירוף סמיכות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בצירוף שם ותוארו יש התאמה במין, במספר וביידוע בין שתי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צירופים: סמיכות ושם ותוארו, ומאזכרים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צירוף הוא צירוף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ארון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'הם' במשפט משמשת כ...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מאזכר (כינוי גוף)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צירופים: סמיכות ושם ותוארו, ומאזכרים – הטיה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בצירוף הסמיכות 'שמלת כלה', הנסמך (המילה שמשתנה בצורתה)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כשמוסיפים ה' הידיעה לצירוף סמיכות כמו 'בית ספר', היא מתווספת למילה השנייה 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צירופים: סמיכות ושם ותוארו, ומאזכרים – התאמה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זה, אלה,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כינוי 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בית גדול, ילדה חכמה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צירוף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הוא, היא, 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צירוף שם ותוארו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בית ספר, חדר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סימני פיסוק – זיהוי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 המירכאות כשהן באות לפני דיבור ישיר או 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לציין ציטוט או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להוסיף הסבר נלווה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לפתוח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בדרך כלל משתמשים בסוגריים בתוך טקסט עיוני?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להוסיף הערה או הסבר נלווים למשפט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לפתוח ציטוט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לסיים משפט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סימני פיסוק – זיהוי ותפקיד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הנקודתיים יכולות לבוא לפני רשימה או לפני הסבר שמפרט את מה שנאמר קודם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 מפריד משמש רק לציון טווח מספרים ואינו יכול להוסיף תוספת באמצע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סימני פיסוק – יישום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לסמן ציטוט מדויק מתוך דברי דובר בטקסט משתמשים בזוג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רוצים להוסיף הערה קצרה בלי לשבור את רצף המשפט, אפשר להשתמש בזוג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סימני פיסוק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הסבר, רשימה או פירוט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סוגריים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תוספת בולטת באמצע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הערה או הסבר נלווה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 מפריד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ציטוט או דיבור ישיר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כתיבת טיעון – מבנה הטיעון ועובדה מול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ארבעת מרכיבי הטיעון המרכזיים שנלמדו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טענה, נימוקים, דוגמאות וסיכום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נושא, עלילה, דמויות וסוף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כותרת, פתיחה, גוף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ההגדרה המתאימה ל'נימוק' במסגרת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עובדה או הסבר שתומכים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 אישי של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 פתוחה המופנית לקורא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בטקסט 'חולצה אחת לכולם?' מה מופיע בנוסף לטענה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טענת נגד והפרכה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מתכון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כתובת 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כתיבת טיעון – השלמה על פי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במכתב 'גינה בפינה הריקה' הבקשה של הכותב משמשת כ-__________ המרכזית של הטיעון.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מילות קישור כמו 'לכן' ו'מכיוון ש' נקראות מילות קישור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כתיבת טיעון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בקצרה את ההבדל בין עובדה לדעה, ותנו דוגמה אחת מכל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ניבים וביטויים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הניב "לב זהב"?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 עשוי זהב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אדם טוב לב ונדיב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אדם עשיר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הביטוי "כמו דג במים"?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לשחות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להרגיש בנוח ושייך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לקנות דג טרי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בסיפור "ראש בראש עד השריקה" הניב מתאר תחרות שבה התוצאה 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שווה עד הרגע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הוכרעה כבר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הופסקה באמצע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ניבים וביטויים – השלמת הניב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מים שקטים __________ עמוק – ניב שמתאר אדם שקט שמסתיר עומק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בים – ביטוי לכמות זניחה וקטנה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ניבים וביטויים – העמקה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סוגי טקסטים ותעודת זהות לטקסט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תעודת הזהות של טקסט כוללת בדרך כלל את כל הפרטים הבאים, חוץ מ: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מוען ונמען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מטרת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העמודים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סימן ההיכר הלשוני הבולט ביותר בטקסט הוראות?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פעלים בלשון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תיאורי רגשות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שימוש בחרוזים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סוגי טקסטים ותעודת זהות לטקסט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יריד ט״ו בשבט הירוק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שומרי הלילה של השדות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מאמר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איך שותלים שתיל בעציץ?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איך נוצרת קשת בענן?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 לנתח משפט מורכב ולזהות בו את כל חלקי הדיבר ואת זמן וגוף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 לכתוב פסקת טיעון שלמה עם טענה, נימוקים, טענת נגד והפרכה?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לשון בתיכון: חלקי דיבר, פועל, צירופים, מאזכרים, פיסוק, טיעון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